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3D6" w14:textId="77777777" w:rsidR="00F07CB4" w:rsidRDefault="00000000">
      <w:pPr>
        <w:pStyle w:val="Title"/>
        <w:jc w:val="center"/>
      </w:pPr>
      <w:r>
        <w:t>Julia L. Langlois</w:t>
      </w:r>
    </w:p>
    <w:p w14:paraId="60A40AC8" w14:textId="77777777" w:rsidR="00F07CB4" w:rsidRPr="002A17AC" w:rsidRDefault="00000000">
      <w:pPr>
        <w:spacing w:after="40"/>
        <w:jc w:val="center"/>
        <w:rPr>
          <w:color w:val="EE0000"/>
        </w:rPr>
      </w:pPr>
      <w:r w:rsidRPr="002A17AC">
        <w:rPr>
          <w:b/>
          <w:color w:val="EE0000"/>
        </w:rPr>
        <w:t>FULL-TIME AVAILABILITY: SUMMER 2027</w:t>
      </w:r>
    </w:p>
    <w:p w14:paraId="103E8608" w14:textId="104162CF" w:rsidR="00F07CB4" w:rsidRDefault="00000000">
      <w:pPr>
        <w:jc w:val="center"/>
      </w:pPr>
      <w:r>
        <w:t xml:space="preserve">(914) 712-5396 | </w:t>
      </w:r>
      <w:hyperlink r:id="rId6">
        <w:r>
          <w:rPr>
            <w:color w:val="0000FF"/>
            <w:u w:val="single"/>
          </w:rPr>
          <w:t>julia.langlois@alumni.psu.edu</w:t>
        </w:r>
      </w:hyperlink>
      <w:r>
        <w:t xml:space="preserve"> |</w:t>
      </w:r>
      <w:r w:rsidR="002A17AC">
        <w:rPr>
          <w:b/>
          <w:bCs/>
        </w:rPr>
        <w:t>Portfolio:</w:t>
      </w:r>
      <w:r>
        <w:t xml:space="preserve"> </w:t>
      </w:r>
      <w:hyperlink r:id="rId7">
        <w:r>
          <w:rPr>
            <w:color w:val="0000FF"/>
            <w:u w:val="single"/>
          </w:rPr>
          <w:t>juliallanglois.com</w:t>
        </w:r>
      </w:hyperlink>
    </w:p>
    <w:p w14:paraId="49A89F8C" w14:textId="77777777" w:rsidR="00F07CB4" w:rsidRDefault="00000000">
      <w:pPr>
        <w:pStyle w:val="Heading1"/>
        <w:pBdr>
          <w:bottom w:val="single" w:sz="4" w:space="2" w:color="000000"/>
        </w:pBdr>
      </w:pPr>
      <w:r>
        <w:t>EDUCATION</w:t>
      </w:r>
    </w:p>
    <w:p w14:paraId="64FD9200" w14:textId="77777777" w:rsidR="00F07CB4" w:rsidRDefault="00000000">
      <w:pPr>
        <w:tabs>
          <w:tab w:val="right" w:pos="10656"/>
        </w:tabs>
      </w:pPr>
      <w:r>
        <w:rPr>
          <w:b/>
        </w:rPr>
        <w:t>Pennsylvania State University</w:t>
      </w:r>
      <w:r>
        <w:tab/>
        <w:t>Expected May 2027</w:t>
      </w:r>
    </w:p>
    <w:p w14:paraId="6ED70987" w14:textId="77777777" w:rsidR="00F07CB4" w:rsidRDefault="00000000">
      <w:r>
        <w:rPr>
          <w:b/>
        </w:rPr>
        <w:t>B.S. Mechanical Engineering, GPA: 3.97</w:t>
      </w:r>
      <w:r>
        <w:t>, Dean's List every semester | ASME Officer | Tau Beta Pi</w:t>
      </w:r>
    </w:p>
    <w:p w14:paraId="4A955FBA" w14:textId="77777777" w:rsidR="00F07CB4" w:rsidRDefault="00000000">
      <w:r>
        <w:rPr>
          <w:b/>
        </w:rPr>
        <w:t xml:space="preserve">Current Coursework: </w:t>
      </w:r>
      <w:r>
        <w:t>Machine Design, Engineering for Manufacturing, Additive Manufacturing Lab, Applied CFD</w:t>
      </w:r>
    </w:p>
    <w:p w14:paraId="5F863AC2" w14:textId="77777777" w:rsidR="00F07CB4" w:rsidRDefault="00000000">
      <w:r>
        <w:t>B.S. Wildlife &amp; Fisheries Science, 2023 | GPA: 3.96 | Magna cum laude</w:t>
      </w:r>
    </w:p>
    <w:p w14:paraId="3B891CAA" w14:textId="77777777" w:rsidR="00F07CB4" w:rsidRDefault="00000000">
      <w:pPr>
        <w:pStyle w:val="Heading1"/>
        <w:pBdr>
          <w:bottom w:val="single" w:sz="4" w:space="2" w:color="000000"/>
        </w:pBdr>
      </w:pPr>
      <w:r>
        <w:t>FUNCTIONAL EXPERIENCE</w:t>
      </w:r>
    </w:p>
    <w:p w14:paraId="0BC8C69B" w14:textId="77777777" w:rsidR="00F07CB4" w:rsidRDefault="00000000">
      <w:pPr>
        <w:pStyle w:val="Heading2"/>
      </w:pPr>
      <w:r>
        <w:t>Mechanical Design and Test Equipment</w:t>
      </w:r>
    </w:p>
    <w:p w14:paraId="7D6D1F3A" w14:textId="28AC5736" w:rsidR="00B54FFC" w:rsidRPr="00B54FFC" w:rsidRDefault="00B54FFC" w:rsidP="00B54FFC">
      <w:pPr>
        <w:pStyle w:val="ListBullet"/>
      </w:pPr>
      <w:r w:rsidRPr="00B54FFC">
        <w:t xml:space="preserve">Developed shaker-test specifications from road-excitation literature and quarter-car response calculations, defining a 1–60 Hz vibration band and three paired rotation/vibration operating cases in a sponsor-approved smart-tire rig proposal. </w:t>
      </w:r>
      <w:r w:rsidRPr="00B54FFC">
        <w:rPr>
          <w:i/>
          <w:iCs/>
        </w:rPr>
        <w:t>Smart-tire senior design, Fall 2026–present.</w:t>
      </w:r>
    </w:p>
    <w:p w14:paraId="5E53F4DF" w14:textId="208167E5" w:rsidR="00B54FFC" w:rsidRPr="00B54FFC" w:rsidRDefault="00B54FFC" w:rsidP="00B54FFC">
      <w:pPr>
        <w:pStyle w:val="ListBullet"/>
      </w:pPr>
      <w:r w:rsidRPr="00B54FFC">
        <w:t xml:space="preserve">Selected gear ratios and spool radius for a 3 V winch using torque calculations; contributed CAD to a 90:1 3D-printed gearbox prototype and recommended improved lubrication to reduce friction, helping achieve successful load testing. </w:t>
      </w:r>
      <w:r w:rsidRPr="00B54FFC">
        <w:rPr>
          <w:i/>
          <w:iCs/>
        </w:rPr>
        <w:t>Nittany Lion Lift, Fall 2026.</w:t>
      </w:r>
    </w:p>
    <w:p w14:paraId="109BE6E4" w14:textId="618855FA" w:rsidR="00B54FFC" w:rsidRDefault="00B54FFC" w:rsidP="00B54FFC">
      <w:pPr>
        <w:pStyle w:val="ListBullet"/>
      </w:pPr>
      <w:r w:rsidRPr="00B54FFC">
        <w:t xml:space="preserve">Created SolidWorks models of industrial couplings from engineering drawings and developed a safety-bracket concept from hardware measurements; obtained supervisor approval of the bracket design. </w:t>
      </w:r>
      <w:proofErr w:type="spellStart"/>
      <w:r w:rsidRPr="00B54FFC">
        <w:rPr>
          <w:i/>
          <w:iCs/>
        </w:rPr>
        <w:t>Ameridrives</w:t>
      </w:r>
      <w:proofErr w:type="spellEnd"/>
      <w:r w:rsidRPr="00B54FFC">
        <w:rPr>
          <w:i/>
          <w:iCs/>
        </w:rPr>
        <w:t>.</w:t>
      </w:r>
    </w:p>
    <w:p w14:paraId="400F6203" w14:textId="77777777" w:rsidR="00F07CB4" w:rsidRDefault="00000000">
      <w:pPr>
        <w:pStyle w:val="Heading2"/>
      </w:pPr>
      <w:r>
        <w:t>Engineering Analysis and Research</w:t>
      </w:r>
    </w:p>
    <w:p w14:paraId="292FED60" w14:textId="77777777" w:rsidR="00F07CB4" w:rsidRDefault="00000000">
      <w:pPr>
        <w:numPr>
          <w:ilvl w:val="0"/>
          <w:numId w:val="1"/>
        </w:numPr>
        <w:spacing w:after="40"/>
      </w:pPr>
      <w:r>
        <w:t xml:space="preserve">Compared two supplied propeller casting designs in SOLIDCast using density and solidification plots; quantified a 24% decrease in maximum simulated solidification time (8.86 to 6.69 min), identified persistent hub porosity, and recommended riser changes or local chills. </w:t>
      </w:r>
      <w:r>
        <w:rPr>
          <w:i/>
        </w:rPr>
        <w:t>Course project, Fall 2026.</w:t>
      </w:r>
    </w:p>
    <w:p w14:paraId="2EB23F03" w14:textId="77777777" w:rsidR="00F07CB4" w:rsidRDefault="00000000">
      <w:pPr>
        <w:numPr>
          <w:ilvl w:val="0"/>
          <w:numId w:val="1"/>
        </w:numPr>
        <w:spacing w:after="40"/>
      </w:pPr>
      <w:r>
        <w:t xml:space="preserve">Simulated 30 m/s airflow around a golf ball in ANSYS Fluent by creating the flow domain and mesh, configuring boundary conditions, and applying SST k-omega turbulence modeling with SIMPLE coupling; generated surface-pressure contours to assess pressure distribution. </w:t>
      </w:r>
      <w:r>
        <w:rPr>
          <w:i/>
        </w:rPr>
        <w:t>Applied CFD class project, Fall 2026.</w:t>
      </w:r>
    </w:p>
    <w:p w14:paraId="07282658" w14:textId="77777777" w:rsidR="00F07CB4" w:rsidRPr="002A17AC" w:rsidRDefault="00000000">
      <w:pPr>
        <w:numPr>
          <w:ilvl w:val="0"/>
          <w:numId w:val="1"/>
        </w:numPr>
        <w:spacing w:after="40"/>
      </w:pPr>
      <w:r>
        <w:t xml:space="preserve">Investigating vaginal drug-film dissolution under Dr. Jun Zhou through literature review of microfluidic flow and dissolution models to inform planned ANSYS Fluent simulations and comparison with experimental data. </w:t>
      </w:r>
      <w:r>
        <w:rPr>
          <w:i/>
        </w:rPr>
        <w:t>Penn State Behrend, Fall 2026-present.</w:t>
      </w:r>
    </w:p>
    <w:p w14:paraId="1A70DB8B" w14:textId="77777777" w:rsidR="002A17AC" w:rsidRDefault="002A17AC" w:rsidP="002A17AC">
      <w:pPr>
        <w:pStyle w:val="Heading2"/>
      </w:pPr>
      <w:r>
        <w:t>Controls and Electrical Planning</w:t>
      </w:r>
    </w:p>
    <w:p w14:paraId="76A31F5C" w14:textId="77777777" w:rsidR="002A17AC" w:rsidRDefault="002A17AC" w:rsidP="002A17AC">
      <w:pPr>
        <w:numPr>
          <w:ilvl w:val="0"/>
          <w:numId w:val="1"/>
        </w:numPr>
        <w:spacing w:after="40"/>
      </w:pPr>
      <w:r>
        <w:t xml:space="preserve">Produced BAS power plans by calculating equipment VA loads, selecting transformer capacities, and assigning circuits within electrical and cost constraints; delivered Excel load schedules and marked-up </w:t>
      </w:r>
      <w:proofErr w:type="gramStart"/>
      <w:r>
        <w:t>controls</w:t>
      </w:r>
      <w:proofErr w:type="gramEnd"/>
      <w:r>
        <w:t xml:space="preserve"> drawings coordinated with electricians for installation planning. </w:t>
      </w:r>
      <w:r>
        <w:rPr>
          <w:i/>
        </w:rPr>
        <w:t>Siemens.</w:t>
      </w:r>
    </w:p>
    <w:p w14:paraId="6AF711A4" w14:textId="77777777" w:rsidR="002A17AC" w:rsidRDefault="002A17AC" w:rsidP="002A17AC">
      <w:pPr>
        <w:numPr>
          <w:ilvl w:val="0"/>
          <w:numId w:val="1"/>
        </w:numPr>
        <w:spacing w:after="40"/>
      </w:pPr>
      <w:r>
        <w:t xml:space="preserve">Developed practical skills in low-voltage BAS controls through hands-on wiring and controller-logic training, translating system operating requirements into relay circuits and actuator control sequences. </w:t>
      </w:r>
      <w:r>
        <w:rPr>
          <w:i/>
        </w:rPr>
        <w:t>Siemens.</w:t>
      </w:r>
    </w:p>
    <w:p w14:paraId="22B5259E" w14:textId="16AD921A" w:rsidR="002A17AC" w:rsidRDefault="002A17AC" w:rsidP="002A17AC">
      <w:pPr>
        <w:numPr>
          <w:ilvl w:val="0"/>
          <w:numId w:val="1"/>
        </w:numPr>
        <w:spacing w:after="40"/>
      </w:pPr>
      <w:r>
        <w:t xml:space="preserve">Compiled a BAS alarm plan for approximately 1,000 points by extracting requirements from controls drawings, reconciling existing alarm coverage in Excel, and resolving discrepancies with project engineers; secured engineering-manager approval for client delivery. </w:t>
      </w:r>
      <w:r>
        <w:rPr>
          <w:i/>
        </w:rPr>
        <w:t>Siemens.</w:t>
      </w:r>
    </w:p>
    <w:p w14:paraId="2A539FB0" w14:textId="77777777" w:rsidR="00F07CB4" w:rsidRDefault="00000000">
      <w:pPr>
        <w:pStyle w:val="Heading2"/>
      </w:pPr>
      <w:r>
        <w:t>Process Improvement and Troubleshooting</w:t>
      </w:r>
    </w:p>
    <w:p w14:paraId="6521F2BC" w14:textId="77777777" w:rsidR="00F07CB4" w:rsidRDefault="00000000">
      <w:pPr>
        <w:numPr>
          <w:ilvl w:val="0"/>
          <w:numId w:val="1"/>
        </w:numPr>
        <w:spacing w:after="40"/>
      </w:pPr>
      <w:r>
        <w:t xml:space="preserve">Automated field-data capture with Microsoft Forms and Power Automate, routing records directly into Excel to eliminate manual transcription; the field team adopted the workflow, reducing data-processing time by an estimated 50%. </w:t>
      </w:r>
      <w:r>
        <w:rPr>
          <w:i/>
        </w:rPr>
        <w:t>AECOM.</w:t>
      </w:r>
    </w:p>
    <w:p w14:paraId="626A014B" w14:textId="77777777" w:rsidR="00F07CB4" w:rsidRDefault="00000000">
      <w:pPr>
        <w:numPr>
          <w:ilvl w:val="0"/>
          <w:numId w:val="1"/>
        </w:numPr>
        <w:spacing w:after="40"/>
      </w:pPr>
      <w:r>
        <w:t xml:space="preserve">Resolved sampling-well pump setup and operating issues through hands-on troubleshooting, enabling well purging before water collection; documented step-by-step procedures for subsequent field staff. </w:t>
      </w:r>
      <w:r>
        <w:rPr>
          <w:i/>
        </w:rPr>
        <w:t>AECOM.</w:t>
      </w:r>
    </w:p>
    <w:p w14:paraId="17C082C6" w14:textId="77777777" w:rsidR="00F07CB4" w:rsidRDefault="00000000">
      <w:pPr>
        <w:pStyle w:val="Heading1"/>
        <w:pBdr>
          <w:bottom w:val="single" w:sz="4" w:space="2" w:color="000000"/>
        </w:pBdr>
      </w:pPr>
      <w:r>
        <w:t>PROFESSIONAL HISTORY</w:t>
      </w:r>
    </w:p>
    <w:p w14:paraId="4F65A851" w14:textId="77777777" w:rsidR="00F07CB4" w:rsidRDefault="00000000">
      <w:pPr>
        <w:tabs>
          <w:tab w:val="right" w:pos="10656"/>
        </w:tabs>
      </w:pPr>
      <w:r>
        <w:rPr>
          <w:b/>
        </w:rPr>
        <w:t>Siemens</w:t>
      </w:r>
      <w:r>
        <w:tab/>
        <w:t>New York, NY</w:t>
      </w:r>
    </w:p>
    <w:p w14:paraId="09F702B9" w14:textId="77777777" w:rsidR="00F07CB4" w:rsidRDefault="00000000">
      <w:pPr>
        <w:tabs>
          <w:tab w:val="right" w:pos="10656"/>
        </w:tabs>
      </w:pPr>
      <w:r>
        <w:rPr>
          <w:i/>
        </w:rPr>
        <w:t>Project Management Intern, Building Automation Systems (BAS)</w:t>
      </w:r>
      <w:r>
        <w:tab/>
        <w:t>May 2026 - August 2026</w:t>
      </w:r>
    </w:p>
    <w:p w14:paraId="643017C5" w14:textId="77777777" w:rsidR="00F07CB4" w:rsidRDefault="00000000">
      <w:pPr>
        <w:tabs>
          <w:tab w:val="right" w:pos="10656"/>
        </w:tabs>
      </w:pPr>
      <w:r>
        <w:rPr>
          <w:b/>
        </w:rPr>
        <w:t>AECOM</w:t>
      </w:r>
      <w:r>
        <w:tab/>
        <w:t>New York, NY</w:t>
      </w:r>
    </w:p>
    <w:p w14:paraId="240CD2FC" w14:textId="77777777" w:rsidR="00F07CB4" w:rsidRDefault="00000000">
      <w:pPr>
        <w:tabs>
          <w:tab w:val="right" w:pos="10656"/>
        </w:tabs>
      </w:pPr>
      <w:r>
        <w:rPr>
          <w:i/>
        </w:rPr>
        <w:t>Scientist (Full-time through July 2025; part-time thereafter)</w:t>
      </w:r>
      <w:r>
        <w:tab/>
        <w:t>July 2023 - Present</w:t>
      </w:r>
    </w:p>
    <w:p w14:paraId="1B06CF09" w14:textId="77777777" w:rsidR="00F07CB4" w:rsidRDefault="00000000">
      <w:pPr>
        <w:tabs>
          <w:tab w:val="right" w:pos="10656"/>
        </w:tabs>
      </w:pPr>
      <w:r>
        <w:rPr>
          <w:b/>
        </w:rPr>
        <w:t>Ameridrives International</w:t>
      </w:r>
      <w:r>
        <w:tab/>
        <w:t>Erie, PA</w:t>
      </w:r>
    </w:p>
    <w:p w14:paraId="6F415CAA" w14:textId="77777777" w:rsidR="00F07CB4" w:rsidRDefault="00000000">
      <w:pPr>
        <w:tabs>
          <w:tab w:val="right" w:pos="10656"/>
        </w:tabs>
      </w:pPr>
      <w:r>
        <w:rPr>
          <w:i/>
        </w:rPr>
        <w:t>Mechanical Engineering Intern</w:t>
      </w:r>
      <w:r>
        <w:tab/>
        <w:t>May 2019 - August 2019</w:t>
      </w:r>
    </w:p>
    <w:p w14:paraId="398CE224" w14:textId="77777777" w:rsidR="00F07CB4" w:rsidRDefault="00000000">
      <w:pPr>
        <w:pStyle w:val="Heading1"/>
        <w:pBdr>
          <w:bottom w:val="single" w:sz="4" w:space="2" w:color="000000"/>
        </w:pBdr>
      </w:pPr>
      <w:r>
        <w:t>TECHNICAL SKILLS</w:t>
      </w:r>
    </w:p>
    <w:p w14:paraId="6CCC46A2" w14:textId="77777777" w:rsidR="00F07CB4" w:rsidRDefault="00000000">
      <w:r>
        <w:rPr>
          <w:b/>
        </w:rPr>
        <w:t xml:space="preserve">CAD &amp; Simulation: </w:t>
      </w:r>
      <w:r>
        <w:t>SolidWorks, SOLIDCast, Inventor, ANSYS Fluent, ANSYS (structural coursework), MATLAB</w:t>
      </w:r>
    </w:p>
    <w:p w14:paraId="73BEA098" w14:textId="77777777" w:rsidR="00F07CB4" w:rsidRDefault="00000000">
      <w:r>
        <w:rPr>
          <w:b/>
        </w:rPr>
        <w:t xml:space="preserve">Controls &amp; Manufacturing: </w:t>
      </w:r>
      <w:r>
        <w:t>Control and wiring diagrams, P&amp;IDs, analog/digital I/O, FDM 3D printing, Cura</w:t>
      </w:r>
    </w:p>
    <w:p w14:paraId="7323EF36" w14:textId="77777777" w:rsidR="00F07CB4" w:rsidRDefault="00000000">
      <w:r>
        <w:rPr>
          <w:b/>
        </w:rPr>
        <w:t xml:space="preserve">Data &amp; Documentation: </w:t>
      </w:r>
      <w:r>
        <w:t>Excel, Microsoft Forms, Power Automate, R, Bluebeam Revu</w:t>
      </w:r>
    </w:p>
    <w:sectPr w:rsidR="00F07CB4" w:rsidSect="00034616">
      <w:pgSz w:w="12240" w:h="15840"/>
      <w:pgMar w:top="533" w:right="792" w:bottom="533" w:left="792" w:header="216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5877CE"/>
    <w:multiLevelType w:val="multilevel"/>
    <w:tmpl w:val="C3808378"/>
    <w:lvl w:ilvl="0">
      <w:start w:val="1"/>
      <w:numFmt w:val="bullet"/>
      <w:pStyle w:val="ListBullet"/>
      <w:lvlText w:val="•"/>
      <w:lvlJc w:val="left"/>
      <w:pPr>
        <w:ind w:left="270" w:hanging="27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8869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17AC"/>
    <w:rsid w:val="002A5F18"/>
    <w:rsid w:val="00326F90"/>
    <w:rsid w:val="00AA1D8D"/>
    <w:rsid w:val="00B47730"/>
    <w:rsid w:val="00B54FFC"/>
    <w:rsid w:val="00CB0664"/>
    <w:rsid w:val="00F07C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ED8C22"/>
  <w14:defaultImageDpi w14:val="300"/>
  <w15:docId w15:val="{C8E2A9B7-1F14-4B1E-8BFD-DEA01EBE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exact"/>
    </w:pPr>
    <w:rPr>
      <w:rFonts w:ascii="Times New Roman" w:eastAsia="Times New Roman" w:hAnsi="Times New Roman" w:cs="Times New Roman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 w:line="260" w:lineRule="exact"/>
      <w:outlineLvl w:val="0"/>
    </w:pPr>
    <w:rPr>
      <w:b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eastAsia="Times New Roman" w:hAnsi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line="480" w:lineRule="exact"/>
      <w:contextualSpacing/>
    </w:pPr>
    <w:rPr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eastAsia="Times New Roman" w:hAnsi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54FFC"/>
    <w:pPr>
      <w:spacing w:before="100" w:beforeAutospacing="1" w:after="100" w:afterAutospacing="1" w:line="240" w:lineRule="auto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juliallangloi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ulia.langlois@alumni.ps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 Langlois Engineering Resume</dc:title>
  <dc:subject>Manufacturing and validation engineering</dc:subject>
  <dc:creator>Julia Langlois</dc:creator>
  <cp:keywords/>
  <dc:description>generated by python-docx</dc:description>
  <cp:lastModifiedBy>Julia Langloiss</cp:lastModifiedBy>
  <cp:revision>3</cp:revision>
  <dcterms:created xsi:type="dcterms:W3CDTF">2026-10-26T00:23:00Z</dcterms:created>
  <dcterms:modified xsi:type="dcterms:W3CDTF">2026-10-26T00:29:00Z</dcterms:modified>
  <cp:category/>
</cp:coreProperties>
</file>